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3B295B" w14:textId="67FF3328" w:rsidR="009A6379" w:rsidRDefault="00000000" w:rsidP="000521AB">
      <w:pPr>
        <w:jc w:val="right"/>
        <w:rPr>
          <w:i/>
          <w:sz w:val="18"/>
        </w:rPr>
      </w:pPr>
      <w:r>
        <w:rPr>
          <w:i/>
          <w:sz w:val="18"/>
        </w:rPr>
        <w:t>Załącznik nr 2 do Standardów Ochrony Małoletnich</w:t>
      </w:r>
      <w:r>
        <w:rPr>
          <w:i/>
          <w:sz w:val="18"/>
        </w:rPr>
        <w:br/>
        <w:t xml:space="preserve">w Żłobku Słoneczko w </w:t>
      </w:r>
      <w:r w:rsidR="003D0078">
        <w:rPr>
          <w:i/>
          <w:sz w:val="18"/>
        </w:rPr>
        <w:t>Główiewie</w:t>
      </w:r>
    </w:p>
    <w:p w14:paraId="694767A2" w14:textId="77777777" w:rsidR="000521AB" w:rsidRPr="000521AB" w:rsidRDefault="000521AB" w:rsidP="000521AB">
      <w:pPr>
        <w:jc w:val="right"/>
        <w:rPr>
          <w:i/>
          <w:sz w:val="18"/>
        </w:rPr>
      </w:pPr>
    </w:p>
    <w:p w14:paraId="14AE5922" w14:textId="47027850" w:rsidR="009A6379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OŚWIADCZENIE KANDYDATA – INFORMACJE WYMAGANE </w:t>
      </w:r>
      <w:r w:rsidR="000521AB">
        <w:rPr>
          <w:b/>
          <w:sz w:val="28"/>
        </w:rPr>
        <w:br/>
      </w:r>
      <w:r>
        <w:rPr>
          <w:b/>
          <w:sz w:val="28"/>
        </w:rPr>
        <w:t>PRZY WERYFIKACJI</w:t>
      </w:r>
    </w:p>
    <w:p w14:paraId="380514D9" w14:textId="77777777" w:rsidR="000521AB" w:rsidRDefault="000521AB">
      <w:pPr>
        <w:jc w:val="center"/>
      </w:pPr>
    </w:p>
    <w:p w14:paraId="7371D340" w14:textId="77777777" w:rsidR="009A6379" w:rsidRDefault="00000000">
      <w:r>
        <w:t>Imię i nazwisko: ........................................................................................................</w:t>
      </w:r>
    </w:p>
    <w:p w14:paraId="70C22D5E" w14:textId="77777777" w:rsidR="009A6379" w:rsidRDefault="00000000">
      <w:r>
        <w:t>Obywatelstwo/obywatelstwa: ......................................................................................</w:t>
      </w:r>
    </w:p>
    <w:p w14:paraId="6453575F" w14:textId="77777777" w:rsidR="009A6379" w:rsidRDefault="00000000">
      <w:r>
        <w:t>Państwo/państwa inne niż Rzeczpospolita Polska, w których osoba zamieszkiwała w ciągu ostatnich 20 lat:</w:t>
      </w:r>
    </w:p>
    <w:p w14:paraId="6C4BCAD3" w14:textId="77777777" w:rsidR="009A6379" w:rsidRDefault="00000000">
      <w:r>
        <w:t>...........................................................................................................................................</w:t>
      </w:r>
    </w:p>
    <w:p w14:paraId="32B0EF66" w14:textId="77777777" w:rsidR="009A6379" w:rsidRDefault="00000000">
      <w:r>
        <w:t>...........................................................................................................................................</w:t>
      </w:r>
    </w:p>
    <w:p w14:paraId="48DCE15D" w14:textId="77777777" w:rsidR="009A6379" w:rsidRDefault="00000000">
      <w:r>
        <w:t>Oświadczam, że przekazane dane są prawdziwe oraz że jestem świadoma/y odpowiedzialności karnej za złożenie fałszywego oświadczenia, w zakresie w jakim przepisy wymagają złożenia oświadczenia pod takim rygorem.</w:t>
      </w:r>
    </w:p>
    <w:p w14:paraId="5CBE874C" w14:textId="77777777" w:rsidR="009A6379" w:rsidRDefault="009A6379"/>
    <w:p w14:paraId="145958A3" w14:textId="77777777" w:rsidR="009A6379" w:rsidRDefault="00000000" w:rsidP="000521AB">
      <w:pPr>
        <w:jc w:val="right"/>
      </w:pPr>
      <w:r>
        <w:t>Data i podpis: ........................................................................................................</w:t>
      </w:r>
    </w:p>
    <w:sectPr w:rsidR="009A6379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294265">
    <w:abstractNumId w:val="8"/>
  </w:num>
  <w:num w:numId="2" w16cid:durableId="117989736">
    <w:abstractNumId w:val="6"/>
  </w:num>
  <w:num w:numId="3" w16cid:durableId="507135471">
    <w:abstractNumId w:val="5"/>
  </w:num>
  <w:num w:numId="4" w16cid:durableId="891119993">
    <w:abstractNumId w:val="4"/>
  </w:num>
  <w:num w:numId="5" w16cid:durableId="268896874">
    <w:abstractNumId w:val="7"/>
  </w:num>
  <w:num w:numId="6" w16cid:durableId="1039625990">
    <w:abstractNumId w:val="3"/>
  </w:num>
  <w:num w:numId="7" w16cid:durableId="1586067814">
    <w:abstractNumId w:val="2"/>
  </w:num>
  <w:num w:numId="8" w16cid:durableId="2088650327">
    <w:abstractNumId w:val="1"/>
  </w:num>
  <w:num w:numId="9" w16cid:durableId="6410771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1AB"/>
    <w:rsid w:val="0006063C"/>
    <w:rsid w:val="0015074B"/>
    <w:rsid w:val="0029639D"/>
    <w:rsid w:val="00326F90"/>
    <w:rsid w:val="003D0078"/>
    <w:rsid w:val="004B115D"/>
    <w:rsid w:val="009A637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A9ACD6"/>
  <w14:defaultImageDpi w14:val="300"/>
  <w15:docId w15:val="{D1AE8998-4021-5C4E-828A-9EAD9909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1020</Characters>
  <Application>Microsoft Office Word</Application>
  <DocSecurity>0</DocSecurity>
  <Lines>16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damian b</cp:lastModifiedBy>
  <cp:revision>3</cp:revision>
  <dcterms:created xsi:type="dcterms:W3CDTF">2013-12-23T23:15:00Z</dcterms:created>
  <dcterms:modified xsi:type="dcterms:W3CDTF">2026-08-20T17:11:00Z</dcterms:modified>
  <cp:category/>
</cp:coreProperties>
</file>