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F4C2FC" w14:textId="0FAC9D66" w:rsidR="00E01A49" w:rsidRDefault="00000000">
      <w:pPr>
        <w:jc w:val="right"/>
      </w:pPr>
      <w:r>
        <w:rPr>
          <w:i/>
          <w:sz w:val="18"/>
        </w:rPr>
        <w:t>Załącznik nr 6 do Standardów Ochrony Małoletnich</w:t>
      </w:r>
      <w:r>
        <w:rPr>
          <w:i/>
          <w:sz w:val="18"/>
        </w:rPr>
        <w:br/>
        <w:t xml:space="preserve">w Żłobku Słoneczko w </w:t>
      </w:r>
      <w:r w:rsidR="00F160D1">
        <w:rPr>
          <w:i/>
          <w:sz w:val="18"/>
        </w:rPr>
        <w:t>Główiewie</w:t>
      </w:r>
    </w:p>
    <w:p w14:paraId="3DE93030" w14:textId="77777777" w:rsidR="00E01A49" w:rsidRDefault="00000000">
      <w:pPr>
        <w:jc w:val="center"/>
      </w:pPr>
      <w:r>
        <w:rPr>
          <w:b/>
          <w:sz w:val="28"/>
        </w:rPr>
        <w:t>MONITORING STANDARDÓW – ANKIETA DLA PERSONELU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8504"/>
        <w:gridCol w:w="794"/>
        <w:gridCol w:w="794"/>
        <w:gridCol w:w="3118"/>
      </w:tblGrid>
      <w:tr w:rsidR="00E01A49" w14:paraId="37209DEE" w14:textId="77777777">
        <w:trPr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35EA77D5" w14:textId="77777777" w:rsidR="00E01A49" w:rsidRDefault="00000000">
            <w:r>
              <w:rPr>
                <w:b/>
                <w:sz w:val="18"/>
              </w:rPr>
              <w:t>Lp.</w:t>
            </w:r>
          </w:p>
        </w:tc>
        <w:tc>
          <w:tcPr>
            <w:tcW w:w="8504" w:type="dxa"/>
            <w:shd w:val="clear" w:color="auto" w:fill="D9EAF7"/>
            <w:vAlign w:val="center"/>
          </w:tcPr>
          <w:p w14:paraId="7F03EA69" w14:textId="77777777" w:rsidR="00E01A49" w:rsidRDefault="00000000">
            <w:r>
              <w:rPr>
                <w:b/>
                <w:sz w:val="18"/>
              </w:rPr>
              <w:t>Pytanie</w:t>
            </w:r>
          </w:p>
        </w:tc>
        <w:tc>
          <w:tcPr>
            <w:tcW w:w="794" w:type="dxa"/>
            <w:shd w:val="clear" w:color="auto" w:fill="D9EAF7"/>
            <w:vAlign w:val="center"/>
          </w:tcPr>
          <w:p w14:paraId="5444BBA6" w14:textId="77777777" w:rsidR="00E01A49" w:rsidRDefault="00000000">
            <w:r>
              <w:rPr>
                <w:b/>
                <w:sz w:val="18"/>
              </w:rPr>
              <w:t>Tak</w:t>
            </w:r>
          </w:p>
        </w:tc>
        <w:tc>
          <w:tcPr>
            <w:tcW w:w="794" w:type="dxa"/>
            <w:shd w:val="clear" w:color="auto" w:fill="D9EAF7"/>
            <w:vAlign w:val="center"/>
          </w:tcPr>
          <w:p w14:paraId="6BDFB2BB" w14:textId="77777777" w:rsidR="00E01A49" w:rsidRDefault="00000000">
            <w:r>
              <w:rPr>
                <w:b/>
                <w:sz w:val="18"/>
              </w:rPr>
              <w:t>Nie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7FD8B18E" w14:textId="77777777" w:rsidR="00E01A49" w:rsidRDefault="00000000">
            <w:r>
              <w:rPr>
                <w:b/>
                <w:sz w:val="18"/>
              </w:rPr>
              <w:t>Uwagi</w:t>
            </w:r>
          </w:p>
        </w:tc>
      </w:tr>
      <w:tr w:rsidR="00E01A49" w14:paraId="3C2185B9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79578B59" w14:textId="77777777" w:rsidR="00E01A49" w:rsidRDefault="00000000">
            <w:r>
              <w:rPr>
                <w:sz w:val="18"/>
              </w:rPr>
              <w:t>1</w:t>
            </w:r>
          </w:p>
        </w:tc>
        <w:tc>
          <w:tcPr>
            <w:tcW w:w="8504" w:type="dxa"/>
            <w:vAlign w:val="center"/>
          </w:tcPr>
          <w:p w14:paraId="2E89D802" w14:textId="77777777" w:rsidR="00E01A49" w:rsidRDefault="00000000">
            <w:r>
              <w:rPr>
                <w:sz w:val="18"/>
              </w:rPr>
              <w:t>Czy znasz Standardy Ochrony Małoletnich obowiązujące w Żłobku?</w:t>
            </w:r>
          </w:p>
        </w:tc>
        <w:tc>
          <w:tcPr>
            <w:tcW w:w="794" w:type="dxa"/>
            <w:vAlign w:val="center"/>
          </w:tcPr>
          <w:p w14:paraId="7930962C" w14:textId="77777777" w:rsidR="00E01A49" w:rsidRDefault="00E01A49"/>
        </w:tc>
        <w:tc>
          <w:tcPr>
            <w:tcW w:w="794" w:type="dxa"/>
            <w:vAlign w:val="center"/>
          </w:tcPr>
          <w:p w14:paraId="57FE00D5" w14:textId="77777777" w:rsidR="00E01A49" w:rsidRDefault="00E01A49"/>
        </w:tc>
        <w:tc>
          <w:tcPr>
            <w:tcW w:w="3118" w:type="dxa"/>
            <w:vAlign w:val="center"/>
          </w:tcPr>
          <w:p w14:paraId="4672C5F8" w14:textId="77777777" w:rsidR="00E01A49" w:rsidRDefault="00E01A49"/>
        </w:tc>
      </w:tr>
      <w:tr w:rsidR="00E01A49" w14:paraId="0ED3644F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6D13E0BF" w14:textId="77777777" w:rsidR="00E01A49" w:rsidRDefault="00000000">
            <w:r>
              <w:rPr>
                <w:sz w:val="18"/>
              </w:rPr>
              <w:t>2</w:t>
            </w:r>
          </w:p>
        </w:tc>
        <w:tc>
          <w:tcPr>
            <w:tcW w:w="8504" w:type="dxa"/>
            <w:vAlign w:val="center"/>
          </w:tcPr>
          <w:p w14:paraId="2EA1F7B9" w14:textId="77777777" w:rsidR="00E01A49" w:rsidRDefault="00000000">
            <w:r>
              <w:rPr>
                <w:sz w:val="18"/>
              </w:rPr>
              <w:t>Czy wiesz, komu zgłosić podejrzenie krzywdzenia dziecka?</w:t>
            </w:r>
          </w:p>
        </w:tc>
        <w:tc>
          <w:tcPr>
            <w:tcW w:w="794" w:type="dxa"/>
            <w:vAlign w:val="center"/>
          </w:tcPr>
          <w:p w14:paraId="16A9431C" w14:textId="77777777" w:rsidR="00E01A49" w:rsidRDefault="00E01A49"/>
        </w:tc>
        <w:tc>
          <w:tcPr>
            <w:tcW w:w="794" w:type="dxa"/>
            <w:vAlign w:val="center"/>
          </w:tcPr>
          <w:p w14:paraId="768046E9" w14:textId="77777777" w:rsidR="00E01A49" w:rsidRDefault="00E01A49"/>
        </w:tc>
        <w:tc>
          <w:tcPr>
            <w:tcW w:w="3118" w:type="dxa"/>
            <w:vAlign w:val="center"/>
          </w:tcPr>
          <w:p w14:paraId="322D4C43" w14:textId="77777777" w:rsidR="00E01A49" w:rsidRDefault="00E01A49"/>
        </w:tc>
      </w:tr>
      <w:tr w:rsidR="00E01A49" w14:paraId="5C5EB347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5EBBE67E" w14:textId="77777777" w:rsidR="00E01A49" w:rsidRDefault="00000000">
            <w:r>
              <w:rPr>
                <w:sz w:val="18"/>
              </w:rPr>
              <w:t>3</w:t>
            </w:r>
          </w:p>
        </w:tc>
        <w:tc>
          <w:tcPr>
            <w:tcW w:w="8504" w:type="dxa"/>
            <w:vAlign w:val="center"/>
          </w:tcPr>
          <w:p w14:paraId="698647AA" w14:textId="77777777" w:rsidR="00E01A49" w:rsidRDefault="00000000">
            <w:r>
              <w:rPr>
                <w:sz w:val="18"/>
              </w:rPr>
              <w:t>Czy potrafisz wskazać podstawowe symptomy mogące świadczyć o krzywdzeniu małego dziecka?</w:t>
            </w:r>
          </w:p>
        </w:tc>
        <w:tc>
          <w:tcPr>
            <w:tcW w:w="794" w:type="dxa"/>
            <w:vAlign w:val="center"/>
          </w:tcPr>
          <w:p w14:paraId="5F782111" w14:textId="77777777" w:rsidR="00E01A49" w:rsidRDefault="00E01A49"/>
        </w:tc>
        <w:tc>
          <w:tcPr>
            <w:tcW w:w="794" w:type="dxa"/>
            <w:vAlign w:val="center"/>
          </w:tcPr>
          <w:p w14:paraId="1E9980FD" w14:textId="77777777" w:rsidR="00E01A49" w:rsidRDefault="00E01A49"/>
        </w:tc>
        <w:tc>
          <w:tcPr>
            <w:tcW w:w="3118" w:type="dxa"/>
            <w:vAlign w:val="center"/>
          </w:tcPr>
          <w:p w14:paraId="01F62E66" w14:textId="77777777" w:rsidR="00E01A49" w:rsidRDefault="00E01A49"/>
        </w:tc>
      </w:tr>
      <w:tr w:rsidR="00E01A49" w14:paraId="72C1293E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38109BCA" w14:textId="77777777" w:rsidR="00E01A49" w:rsidRDefault="00000000">
            <w:r>
              <w:rPr>
                <w:sz w:val="18"/>
              </w:rPr>
              <w:t>4</w:t>
            </w:r>
          </w:p>
        </w:tc>
        <w:tc>
          <w:tcPr>
            <w:tcW w:w="8504" w:type="dxa"/>
            <w:vAlign w:val="center"/>
          </w:tcPr>
          <w:p w14:paraId="70355B90" w14:textId="77777777" w:rsidR="00E01A49" w:rsidRDefault="00000000">
            <w:r>
              <w:rPr>
                <w:sz w:val="18"/>
              </w:rPr>
              <w:t>Czy znasz zasady bezpiecznego kontaktu fizycznego i czynności higienicznych?</w:t>
            </w:r>
          </w:p>
        </w:tc>
        <w:tc>
          <w:tcPr>
            <w:tcW w:w="794" w:type="dxa"/>
            <w:vAlign w:val="center"/>
          </w:tcPr>
          <w:p w14:paraId="4A069295" w14:textId="77777777" w:rsidR="00E01A49" w:rsidRDefault="00E01A49"/>
        </w:tc>
        <w:tc>
          <w:tcPr>
            <w:tcW w:w="794" w:type="dxa"/>
            <w:vAlign w:val="center"/>
          </w:tcPr>
          <w:p w14:paraId="79322DED" w14:textId="77777777" w:rsidR="00E01A49" w:rsidRDefault="00E01A49"/>
        </w:tc>
        <w:tc>
          <w:tcPr>
            <w:tcW w:w="3118" w:type="dxa"/>
            <w:vAlign w:val="center"/>
          </w:tcPr>
          <w:p w14:paraId="1518C819" w14:textId="77777777" w:rsidR="00E01A49" w:rsidRDefault="00E01A49"/>
        </w:tc>
      </w:tr>
      <w:tr w:rsidR="00E01A49" w14:paraId="45BD3EB0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77581845" w14:textId="77777777" w:rsidR="00E01A49" w:rsidRDefault="00000000">
            <w:r>
              <w:rPr>
                <w:sz w:val="18"/>
              </w:rPr>
              <w:t>5</w:t>
            </w:r>
          </w:p>
        </w:tc>
        <w:tc>
          <w:tcPr>
            <w:tcW w:w="8504" w:type="dxa"/>
            <w:vAlign w:val="center"/>
          </w:tcPr>
          <w:p w14:paraId="09A80CBA" w14:textId="77777777" w:rsidR="00E01A49" w:rsidRDefault="00000000">
            <w:r>
              <w:rPr>
                <w:sz w:val="18"/>
              </w:rPr>
              <w:t>Czy znasz procedurę dokumentowania interwencji?</w:t>
            </w:r>
          </w:p>
        </w:tc>
        <w:tc>
          <w:tcPr>
            <w:tcW w:w="794" w:type="dxa"/>
            <w:vAlign w:val="center"/>
          </w:tcPr>
          <w:p w14:paraId="0EFCE037" w14:textId="77777777" w:rsidR="00E01A49" w:rsidRDefault="00E01A49"/>
        </w:tc>
        <w:tc>
          <w:tcPr>
            <w:tcW w:w="794" w:type="dxa"/>
            <w:vAlign w:val="center"/>
          </w:tcPr>
          <w:p w14:paraId="16324AA4" w14:textId="77777777" w:rsidR="00E01A49" w:rsidRDefault="00E01A49"/>
        </w:tc>
        <w:tc>
          <w:tcPr>
            <w:tcW w:w="3118" w:type="dxa"/>
            <w:vAlign w:val="center"/>
          </w:tcPr>
          <w:p w14:paraId="226632F2" w14:textId="77777777" w:rsidR="00E01A49" w:rsidRDefault="00E01A49"/>
        </w:tc>
      </w:tr>
      <w:tr w:rsidR="00E01A49" w14:paraId="2C120768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081AB870" w14:textId="77777777" w:rsidR="00E01A49" w:rsidRDefault="00000000">
            <w:r>
              <w:rPr>
                <w:sz w:val="18"/>
              </w:rPr>
              <w:t>6</w:t>
            </w:r>
          </w:p>
        </w:tc>
        <w:tc>
          <w:tcPr>
            <w:tcW w:w="8504" w:type="dxa"/>
            <w:vAlign w:val="center"/>
          </w:tcPr>
          <w:p w14:paraId="042253A5" w14:textId="77777777" w:rsidR="00E01A49" w:rsidRDefault="00000000">
            <w:r>
              <w:rPr>
                <w:sz w:val="18"/>
              </w:rPr>
              <w:t>Czy w ostatnim okresie zaobserwowałaś/eś naruszenie Standardów?</w:t>
            </w:r>
          </w:p>
        </w:tc>
        <w:tc>
          <w:tcPr>
            <w:tcW w:w="794" w:type="dxa"/>
            <w:vAlign w:val="center"/>
          </w:tcPr>
          <w:p w14:paraId="33EF81D6" w14:textId="77777777" w:rsidR="00E01A49" w:rsidRDefault="00E01A49"/>
        </w:tc>
        <w:tc>
          <w:tcPr>
            <w:tcW w:w="794" w:type="dxa"/>
            <w:vAlign w:val="center"/>
          </w:tcPr>
          <w:p w14:paraId="0654BE9F" w14:textId="77777777" w:rsidR="00E01A49" w:rsidRDefault="00E01A49"/>
        </w:tc>
        <w:tc>
          <w:tcPr>
            <w:tcW w:w="3118" w:type="dxa"/>
            <w:vAlign w:val="center"/>
          </w:tcPr>
          <w:p w14:paraId="7C217EFF" w14:textId="77777777" w:rsidR="00E01A49" w:rsidRDefault="00E01A49"/>
        </w:tc>
      </w:tr>
      <w:tr w:rsidR="00E01A49" w14:paraId="11243F06" w14:textId="77777777">
        <w:trPr>
          <w:trHeight w:val="709"/>
          <w:jc w:val="center"/>
        </w:trPr>
        <w:tc>
          <w:tcPr>
            <w:tcW w:w="567" w:type="dxa"/>
            <w:vAlign w:val="center"/>
          </w:tcPr>
          <w:p w14:paraId="4AB2E38B" w14:textId="77777777" w:rsidR="00E01A49" w:rsidRDefault="00000000">
            <w:r>
              <w:rPr>
                <w:sz w:val="18"/>
              </w:rPr>
              <w:t>7</w:t>
            </w:r>
          </w:p>
        </w:tc>
        <w:tc>
          <w:tcPr>
            <w:tcW w:w="8504" w:type="dxa"/>
            <w:vAlign w:val="center"/>
          </w:tcPr>
          <w:p w14:paraId="4BD01F44" w14:textId="77777777" w:rsidR="00E01A49" w:rsidRDefault="00000000">
            <w:r>
              <w:rPr>
                <w:sz w:val="18"/>
              </w:rPr>
              <w:t>Czy widzisz potrzebę zmiany lub doprecyzowania któregoś zapisu?</w:t>
            </w:r>
          </w:p>
        </w:tc>
        <w:tc>
          <w:tcPr>
            <w:tcW w:w="794" w:type="dxa"/>
            <w:vAlign w:val="center"/>
          </w:tcPr>
          <w:p w14:paraId="0A4C5065" w14:textId="77777777" w:rsidR="00E01A49" w:rsidRDefault="00E01A49"/>
        </w:tc>
        <w:tc>
          <w:tcPr>
            <w:tcW w:w="794" w:type="dxa"/>
            <w:vAlign w:val="center"/>
          </w:tcPr>
          <w:p w14:paraId="2CB4DA41" w14:textId="77777777" w:rsidR="00E01A49" w:rsidRDefault="00E01A49"/>
        </w:tc>
        <w:tc>
          <w:tcPr>
            <w:tcW w:w="3118" w:type="dxa"/>
            <w:vAlign w:val="center"/>
          </w:tcPr>
          <w:p w14:paraId="3125C5DB" w14:textId="77777777" w:rsidR="00E01A49" w:rsidRDefault="00E01A49"/>
        </w:tc>
      </w:tr>
    </w:tbl>
    <w:p w14:paraId="36928233" w14:textId="77777777" w:rsidR="00E01A49" w:rsidRDefault="00E01A49"/>
    <w:p w14:paraId="2D99C122" w14:textId="77777777" w:rsidR="00E01A49" w:rsidRDefault="00000000">
      <w:r>
        <w:t>Propozycje zmian / uwagi:</w:t>
      </w:r>
    </w:p>
    <w:p w14:paraId="7E9310B0" w14:textId="77777777" w:rsidR="00E01A49" w:rsidRDefault="00000000">
      <w:r>
        <w:t>...........................................................................................................................................</w:t>
      </w:r>
    </w:p>
    <w:p w14:paraId="6AF419E2" w14:textId="77777777" w:rsidR="00E01A49" w:rsidRDefault="00000000">
      <w:r>
        <w:t>...........................................................................................................................................</w:t>
      </w:r>
    </w:p>
    <w:p w14:paraId="3191ED29" w14:textId="77777777" w:rsidR="00E01A49" w:rsidRDefault="00000000">
      <w:r>
        <w:t>...........................................................................................................................................</w:t>
      </w:r>
    </w:p>
    <w:p w14:paraId="464413B0" w14:textId="77777777" w:rsidR="00E01A49" w:rsidRDefault="00000000">
      <w:r>
        <w:t>...........................................................................................................................................</w:t>
      </w:r>
    </w:p>
    <w:sectPr w:rsidR="00E01A49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5686911">
    <w:abstractNumId w:val="8"/>
  </w:num>
  <w:num w:numId="2" w16cid:durableId="2031714086">
    <w:abstractNumId w:val="6"/>
  </w:num>
  <w:num w:numId="3" w16cid:durableId="2035642825">
    <w:abstractNumId w:val="5"/>
  </w:num>
  <w:num w:numId="4" w16cid:durableId="1682584499">
    <w:abstractNumId w:val="4"/>
  </w:num>
  <w:num w:numId="5" w16cid:durableId="1267732246">
    <w:abstractNumId w:val="7"/>
  </w:num>
  <w:num w:numId="6" w16cid:durableId="32728728">
    <w:abstractNumId w:val="3"/>
  </w:num>
  <w:num w:numId="7" w16cid:durableId="849295166">
    <w:abstractNumId w:val="2"/>
  </w:num>
  <w:num w:numId="8" w16cid:durableId="1867133789">
    <w:abstractNumId w:val="1"/>
  </w:num>
  <w:num w:numId="9" w16cid:durableId="3862972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115D"/>
    <w:rsid w:val="00AA1D8D"/>
    <w:rsid w:val="00B47730"/>
    <w:rsid w:val="00CB0664"/>
    <w:rsid w:val="00E01A49"/>
    <w:rsid w:val="00F160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D9145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1150</Characters>
  <Application>Microsoft Office Word</Application>
  <DocSecurity>0</DocSecurity>
  <Lines>52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2</cp:revision>
  <dcterms:created xsi:type="dcterms:W3CDTF">2013-12-23T23:15:00Z</dcterms:created>
  <dcterms:modified xsi:type="dcterms:W3CDTF">2026-08-20T17:11:00Z</dcterms:modified>
  <cp:category/>
</cp:coreProperties>
</file>